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F15319" w14:textId="77777777" w:rsidR="00AD7B11" w:rsidRDefault="00AF7ED5">
      <w:pPr>
        <w:spacing w:after="40"/>
        <w:jc w:val="center"/>
      </w:pPr>
      <w:r>
        <w:rPr>
          <w:b/>
          <w:color w:val="17365D"/>
          <w:sz w:val="40"/>
        </w:rPr>
        <w:t>Year 3 Homework  |  Autumn Term 1</w:t>
      </w:r>
    </w:p>
    <w:p w14:paraId="580DB235" w14:textId="77777777" w:rsidR="00AD7B11" w:rsidRDefault="00AF7ED5">
      <w:pPr>
        <w:spacing w:after="20"/>
        <w:jc w:val="center"/>
      </w:pPr>
      <w:r>
        <w:rPr>
          <w:color w:val="111111"/>
          <w:sz w:val="21"/>
        </w:rPr>
        <w:t>Choose activities from the grid. You will receive the Dojo points shown for each completed task.</w:t>
      </w:r>
    </w:p>
    <w:p w14:paraId="4FCA1410" w14:textId="5AF925A4" w:rsidR="00E64575" w:rsidRPr="00E64575" w:rsidRDefault="00AF7ED5" w:rsidP="00E64575">
      <w:pPr>
        <w:spacing w:after="20"/>
        <w:jc w:val="center"/>
        <w:rPr>
          <w:color w:val="111111"/>
        </w:rPr>
      </w:pPr>
      <w:r>
        <w:rPr>
          <w:color w:val="111111"/>
        </w:rPr>
        <w:t xml:space="preserve">Complete your work neatly in your A4 lined homework </w:t>
      </w:r>
      <w:proofErr w:type="gramStart"/>
      <w:r>
        <w:rPr>
          <w:color w:val="111111"/>
        </w:rPr>
        <w:t>book, or</w:t>
      </w:r>
      <w:proofErr w:type="gramEnd"/>
      <w:r>
        <w:rPr>
          <w:color w:val="111111"/>
        </w:rPr>
        <w:t xml:space="preserve"> bring in your craft or investigation.</w:t>
      </w:r>
    </w:p>
    <w:p w14:paraId="180FC72F" w14:textId="29F7ED4C" w:rsidR="00AD7B11" w:rsidRDefault="00AF7ED5">
      <w:pPr>
        <w:spacing w:after="20"/>
        <w:jc w:val="center"/>
      </w:pPr>
      <w:r>
        <w:rPr>
          <w:b/>
          <w:color w:val="8B4513"/>
          <w:sz w:val="21"/>
        </w:rPr>
        <w:t xml:space="preserve">All homework must be in by </w:t>
      </w:r>
      <w:r w:rsidR="00E64575">
        <w:rPr>
          <w:b/>
          <w:color w:val="8B4513"/>
          <w:sz w:val="21"/>
        </w:rPr>
        <w:t>the last Monday of half-term.</w:t>
      </w:r>
    </w:p>
    <w:p w14:paraId="3059061B" w14:textId="77777777" w:rsidR="00AD7B11" w:rsidRDefault="00AF7ED5">
      <w:pPr>
        <w:spacing w:after="100"/>
        <w:jc w:val="center"/>
        <w:rPr>
          <w:color w:val="111111"/>
          <w:sz w:val="19"/>
        </w:rPr>
      </w:pPr>
      <w:r>
        <w:rPr>
          <w:color w:val="111111"/>
          <w:sz w:val="19"/>
        </w:rPr>
        <w:t>Ask an adult to sign and date each finished task. Photos may also be sent via ClassDojo.</w:t>
      </w:r>
    </w:p>
    <w:p w14:paraId="578061D5" w14:textId="77777777" w:rsidR="00E64575" w:rsidRDefault="00E64575">
      <w:pPr>
        <w:spacing w:after="100"/>
        <w:jc w:val="center"/>
      </w:pPr>
    </w:p>
    <w:tbl>
      <w:tblPr>
        <w:tblW w:w="15660" w:type="dxa"/>
        <w:jc w:val="center"/>
        <w:tblBorders>
          <w:top w:val="single" w:sz="10" w:space="0" w:color="222222"/>
          <w:left w:val="single" w:sz="10" w:space="0" w:color="222222"/>
          <w:bottom w:val="single" w:sz="10" w:space="0" w:color="222222"/>
          <w:right w:val="single" w:sz="10" w:space="0" w:color="222222"/>
          <w:insideH w:val="single" w:sz="10" w:space="0" w:color="222222"/>
          <w:insideV w:val="single" w:sz="10" w:space="0" w:color="222222"/>
        </w:tblBorders>
        <w:tblLayout w:type="fixed"/>
        <w:tblLook w:val="04A0" w:firstRow="1" w:lastRow="0" w:firstColumn="1" w:lastColumn="0" w:noHBand="0" w:noVBand="1"/>
      </w:tblPr>
      <w:tblGrid>
        <w:gridCol w:w="5220"/>
        <w:gridCol w:w="5220"/>
        <w:gridCol w:w="5220"/>
      </w:tblGrid>
      <w:tr w:rsidR="00AD7B11" w14:paraId="6B1622D6" w14:textId="77777777" w:rsidTr="00E64575">
        <w:trPr>
          <w:cantSplit/>
          <w:trHeight w:val="850"/>
          <w:jc w:val="center"/>
        </w:trPr>
        <w:tc>
          <w:tcPr>
            <w:tcW w:w="5220" w:type="dxa"/>
            <w:shd w:val="clear" w:color="auto" w:fill="FFF3CC"/>
            <w:tcMar>
              <w:top w:w="55" w:type="dxa"/>
              <w:left w:w="90" w:type="dxa"/>
              <w:bottom w:w="45" w:type="dxa"/>
              <w:right w:w="90" w:type="dxa"/>
            </w:tcMar>
            <w:vAlign w:val="center"/>
          </w:tcPr>
          <w:p w14:paraId="624BFDD7" w14:textId="77777777" w:rsidR="00AD7B11" w:rsidRDefault="00AF7ED5">
            <w:pPr>
              <w:jc w:val="center"/>
            </w:pPr>
            <w:r>
              <w:rPr>
                <w:b/>
                <w:color w:val="17365D"/>
                <w:sz w:val="31"/>
              </w:rPr>
              <w:t xml:space="preserve">1 DOJO POINT   </w:t>
            </w:r>
            <w:r>
              <w:rPr>
                <w:noProof/>
              </w:rPr>
              <w:drawing>
                <wp:inline distT="0" distB="0" distL="0" distR="0" wp14:anchorId="557CC613" wp14:editId="2EC7AC82">
                  <wp:extent cx="272374" cy="365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e.png"/>
                          <pic:cNvPicPr/>
                        </pic:nvPicPr>
                        <pic:blipFill>
                          <a:blip r:embed="rId6"/>
                          <a:stretch>
                            <a:fillRect/>
                          </a:stretch>
                        </pic:blipFill>
                        <pic:spPr>
                          <a:xfrm>
                            <a:off x="0" y="0"/>
                            <a:ext cx="272374" cy="365760"/>
                          </a:xfrm>
                          <a:prstGeom prst="rect">
                            <a:avLst/>
                          </a:prstGeom>
                        </pic:spPr>
                      </pic:pic>
                    </a:graphicData>
                  </a:graphic>
                </wp:inline>
              </w:drawing>
            </w:r>
          </w:p>
        </w:tc>
        <w:tc>
          <w:tcPr>
            <w:tcW w:w="5220" w:type="dxa"/>
            <w:shd w:val="clear" w:color="auto" w:fill="DCEEFF"/>
            <w:tcMar>
              <w:top w:w="55" w:type="dxa"/>
              <w:left w:w="90" w:type="dxa"/>
              <w:bottom w:w="45" w:type="dxa"/>
              <w:right w:w="90" w:type="dxa"/>
            </w:tcMar>
            <w:vAlign w:val="center"/>
          </w:tcPr>
          <w:p w14:paraId="18561E9D" w14:textId="77777777" w:rsidR="00AD7B11" w:rsidRDefault="00AF7ED5">
            <w:pPr>
              <w:jc w:val="center"/>
            </w:pPr>
            <w:r>
              <w:rPr>
                <w:b/>
                <w:color w:val="17365D"/>
                <w:sz w:val="31"/>
              </w:rPr>
              <w:t xml:space="preserve">3 DOJO POINTS   </w:t>
            </w:r>
            <w:r>
              <w:rPr>
                <w:noProof/>
              </w:rPr>
              <w:drawing>
                <wp:inline distT="0" distB="0" distL="0" distR="0" wp14:anchorId="3D31B664" wp14:editId="372EF8E3">
                  <wp:extent cx="291830" cy="365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ree.png"/>
                          <pic:cNvPicPr/>
                        </pic:nvPicPr>
                        <pic:blipFill>
                          <a:blip r:embed="rId7"/>
                          <a:stretch>
                            <a:fillRect/>
                          </a:stretch>
                        </pic:blipFill>
                        <pic:spPr>
                          <a:xfrm>
                            <a:off x="0" y="0"/>
                            <a:ext cx="291830" cy="365760"/>
                          </a:xfrm>
                          <a:prstGeom prst="rect">
                            <a:avLst/>
                          </a:prstGeom>
                        </pic:spPr>
                      </pic:pic>
                    </a:graphicData>
                  </a:graphic>
                </wp:inline>
              </w:drawing>
            </w:r>
          </w:p>
        </w:tc>
        <w:tc>
          <w:tcPr>
            <w:tcW w:w="5220" w:type="dxa"/>
            <w:shd w:val="clear" w:color="auto" w:fill="E4F5D4"/>
            <w:tcMar>
              <w:top w:w="55" w:type="dxa"/>
              <w:left w:w="90" w:type="dxa"/>
              <w:bottom w:w="45" w:type="dxa"/>
              <w:right w:w="90" w:type="dxa"/>
            </w:tcMar>
            <w:vAlign w:val="center"/>
          </w:tcPr>
          <w:p w14:paraId="3AE12A07" w14:textId="77777777" w:rsidR="00AD7B11" w:rsidRDefault="00AF7ED5">
            <w:pPr>
              <w:jc w:val="center"/>
            </w:pPr>
            <w:r>
              <w:rPr>
                <w:b/>
                <w:color w:val="17365D"/>
                <w:sz w:val="31"/>
              </w:rPr>
              <w:t xml:space="preserve">5 DOJO POINTS   </w:t>
            </w:r>
            <w:r>
              <w:rPr>
                <w:noProof/>
              </w:rPr>
              <w:drawing>
                <wp:inline distT="0" distB="0" distL="0" distR="0" wp14:anchorId="200EFF26" wp14:editId="7A5F10BE">
                  <wp:extent cx="278296" cy="365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ve.png"/>
                          <pic:cNvPicPr/>
                        </pic:nvPicPr>
                        <pic:blipFill>
                          <a:blip r:embed="rId8"/>
                          <a:stretch>
                            <a:fillRect/>
                          </a:stretch>
                        </pic:blipFill>
                        <pic:spPr>
                          <a:xfrm>
                            <a:off x="0" y="0"/>
                            <a:ext cx="278296" cy="365760"/>
                          </a:xfrm>
                          <a:prstGeom prst="rect">
                            <a:avLst/>
                          </a:prstGeom>
                        </pic:spPr>
                      </pic:pic>
                    </a:graphicData>
                  </a:graphic>
                </wp:inline>
              </w:drawing>
            </w:r>
          </w:p>
        </w:tc>
      </w:tr>
      <w:tr w:rsidR="00AD7B11" w14:paraId="3083EB9E" w14:textId="77777777" w:rsidTr="00E64575">
        <w:trPr>
          <w:cantSplit/>
          <w:trHeight w:val="2324"/>
          <w:jc w:val="center"/>
        </w:trPr>
        <w:tc>
          <w:tcPr>
            <w:tcW w:w="5220" w:type="dxa"/>
            <w:tcMar>
              <w:top w:w="90" w:type="dxa"/>
              <w:left w:w="120" w:type="dxa"/>
              <w:bottom w:w="80" w:type="dxa"/>
              <w:right w:w="120" w:type="dxa"/>
            </w:tcMar>
            <w:vAlign w:val="center"/>
          </w:tcPr>
          <w:p w14:paraId="4B4352D8" w14:textId="77777777" w:rsidR="00AD7B11" w:rsidRDefault="00AF7ED5" w:rsidP="00E64575">
            <w:pPr>
              <w:spacing w:after="40"/>
              <w:jc w:val="center"/>
            </w:pPr>
            <w:r>
              <w:rPr>
                <w:b/>
                <w:color w:val="17365D"/>
                <w:sz w:val="21"/>
              </w:rPr>
              <w:t>History</w:t>
            </w:r>
          </w:p>
          <w:p w14:paraId="70CDFFE8" w14:textId="77777777" w:rsidR="00AD7B11" w:rsidRDefault="00AF7ED5" w:rsidP="00E64575">
            <w:pPr>
              <w:spacing w:after="60"/>
              <w:jc w:val="center"/>
            </w:pPr>
            <w:r>
              <w:rPr>
                <w:b/>
                <w:color w:val="111111"/>
              </w:rPr>
              <w:t>Three ages, three facts</w:t>
            </w:r>
          </w:p>
          <w:p w14:paraId="29DF6683" w14:textId="77777777" w:rsidR="00AD7B11" w:rsidRDefault="00AF7ED5" w:rsidP="00E64575">
            <w:pPr>
              <w:spacing w:after="40" w:line="245" w:lineRule="auto"/>
              <w:jc w:val="center"/>
              <w:rPr>
                <w:color w:val="111111"/>
                <w:sz w:val="19"/>
              </w:rPr>
            </w:pPr>
            <w:r>
              <w:rPr>
                <w:color w:val="111111"/>
                <w:sz w:val="19"/>
              </w:rPr>
              <w:t>Draw a simple timeline for the Stone Age, Bronze Age and Iron Age. Write one accurate fact beside each age.</w:t>
            </w:r>
          </w:p>
          <w:p w14:paraId="0EFD6569" w14:textId="77777777" w:rsidR="00E64575" w:rsidRDefault="00E64575" w:rsidP="00E64575">
            <w:pPr>
              <w:spacing w:after="40" w:line="245" w:lineRule="auto"/>
              <w:jc w:val="center"/>
              <w:rPr>
                <w:color w:val="111111"/>
                <w:sz w:val="19"/>
              </w:rPr>
            </w:pPr>
          </w:p>
          <w:p w14:paraId="603068AA" w14:textId="77777777" w:rsidR="00E64575" w:rsidRDefault="00E64575" w:rsidP="00E64575">
            <w:pPr>
              <w:spacing w:after="40" w:line="245" w:lineRule="auto"/>
              <w:jc w:val="center"/>
            </w:pPr>
          </w:p>
          <w:p w14:paraId="7A6C7366" w14:textId="77777777" w:rsidR="00AD7B11" w:rsidRDefault="00AF7ED5" w:rsidP="00E64575">
            <w:pPr>
              <w:spacing w:before="40"/>
              <w:jc w:val="center"/>
            </w:pPr>
            <w:r>
              <w:rPr>
                <w:color w:val="555555"/>
                <w:sz w:val="16"/>
              </w:rPr>
              <w:t>Adult signature/date: ____________________</w:t>
            </w:r>
          </w:p>
        </w:tc>
        <w:tc>
          <w:tcPr>
            <w:tcW w:w="5220" w:type="dxa"/>
            <w:tcMar>
              <w:top w:w="90" w:type="dxa"/>
              <w:left w:w="120" w:type="dxa"/>
              <w:bottom w:w="80" w:type="dxa"/>
              <w:right w:w="120" w:type="dxa"/>
            </w:tcMar>
            <w:vAlign w:val="center"/>
          </w:tcPr>
          <w:p w14:paraId="2D93F8A8" w14:textId="77777777" w:rsidR="00AD7B11" w:rsidRDefault="00AF7ED5" w:rsidP="00E64575">
            <w:pPr>
              <w:spacing w:after="40"/>
              <w:jc w:val="center"/>
            </w:pPr>
            <w:r>
              <w:rPr>
                <w:b/>
                <w:color w:val="17365D"/>
                <w:sz w:val="21"/>
              </w:rPr>
              <w:t>English – The Stolen Spear</w:t>
            </w:r>
          </w:p>
          <w:p w14:paraId="20B70E63" w14:textId="77777777" w:rsidR="00AD7B11" w:rsidRDefault="00AF7ED5" w:rsidP="00E64575">
            <w:pPr>
              <w:spacing w:after="60"/>
              <w:jc w:val="center"/>
            </w:pPr>
            <w:r>
              <w:rPr>
                <w:b/>
                <w:color w:val="111111"/>
              </w:rPr>
              <w:t>Write in role</w:t>
            </w:r>
          </w:p>
          <w:p w14:paraId="29AFBF23" w14:textId="77777777" w:rsidR="00AD7B11" w:rsidRDefault="00AF7ED5" w:rsidP="00E64575">
            <w:pPr>
              <w:spacing w:after="40" w:line="245" w:lineRule="auto"/>
              <w:jc w:val="center"/>
              <w:rPr>
                <w:color w:val="111111"/>
                <w:sz w:val="19"/>
              </w:rPr>
            </w:pPr>
            <w:r>
              <w:rPr>
                <w:color w:val="111111"/>
                <w:sz w:val="19"/>
              </w:rPr>
              <w:t>Write a short diary entry as Wolf after an important event. Explain what happened and how he felt. Aim for 8–10 well-punctuated sentences.</w:t>
            </w:r>
          </w:p>
          <w:p w14:paraId="070B41A4" w14:textId="77777777" w:rsidR="00E64575" w:rsidRDefault="00E64575" w:rsidP="00E64575">
            <w:pPr>
              <w:spacing w:after="40" w:line="245" w:lineRule="auto"/>
              <w:jc w:val="center"/>
              <w:rPr>
                <w:color w:val="111111"/>
                <w:sz w:val="19"/>
              </w:rPr>
            </w:pPr>
          </w:p>
          <w:p w14:paraId="558C638B" w14:textId="77777777" w:rsidR="00E64575" w:rsidRDefault="00E64575" w:rsidP="00E64575">
            <w:pPr>
              <w:spacing w:after="40" w:line="245" w:lineRule="auto"/>
              <w:jc w:val="center"/>
            </w:pPr>
          </w:p>
          <w:p w14:paraId="56446D04" w14:textId="77777777" w:rsidR="00AD7B11" w:rsidRDefault="00AF7ED5" w:rsidP="00E64575">
            <w:pPr>
              <w:spacing w:before="40"/>
              <w:jc w:val="center"/>
            </w:pPr>
            <w:r>
              <w:rPr>
                <w:color w:val="555555"/>
                <w:sz w:val="16"/>
              </w:rPr>
              <w:t>Adult signature/date: ____________________</w:t>
            </w:r>
          </w:p>
        </w:tc>
        <w:tc>
          <w:tcPr>
            <w:tcW w:w="5220" w:type="dxa"/>
            <w:tcMar>
              <w:top w:w="90" w:type="dxa"/>
              <w:left w:w="120" w:type="dxa"/>
              <w:bottom w:w="80" w:type="dxa"/>
              <w:right w:w="120" w:type="dxa"/>
            </w:tcMar>
            <w:vAlign w:val="center"/>
          </w:tcPr>
          <w:p w14:paraId="1A17215A" w14:textId="77777777" w:rsidR="00AD7B11" w:rsidRDefault="00AF7ED5" w:rsidP="00E64575">
            <w:pPr>
              <w:spacing w:after="40"/>
              <w:jc w:val="center"/>
            </w:pPr>
            <w:r>
              <w:rPr>
                <w:b/>
                <w:color w:val="17365D"/>
                <w:sz w:val="21"/>
              </w:rPr>
              <w:t>History – Prehistoric Britain</w:t>
            </w:r>
          </w:p>
          <w:p w14:paraId="04672695" w14:textId="77777777" w:rsidR="00AD7B11" w:rsidRDefault="00AF7ED5" w:rsidP="00E64575">
            <w:pPr>
              <w:spacing w:after="60"/>
              <w:jc w:val="center"/>
            </w:pPr>
            <w:r>
              <w:rPr>
                <w:b/>
                <w:color w:val="111111"/>
              </w:rPr>
              <w:t>Become a museum curator</w:t>
            </w:r>
          </w:p>
          <w:p w14:paraId="043FCE0A" w14:textId="77777777" w:rsidR="00AD7B11" w:rsidRDefault="00AF7ED5" w:rsidP="00E64575">
            <w:pPr>
              <w:spacing w:after="40" w:line="245" w:lineRule="auto"/>
              <w:jc w:val="center"/>
              <w:rPr>
                <w:color w:val="111111"/>
                <w:sz w:val="19"/>
              </w:rPr>
            </w:pPr>
            <w:r>
              <w:rPr>
                <w:color w:val="111111"/>
                <w:sz w:val="19"/>
              </w:rPr>
              <w:t>Make a model or detailed drawing of a prehistoric tool, home or monument. Add an information card explaining what it was made from, how it was used and whether it belongs to the Stone, Bronze or Iron Age.</w:t>
            </w:r>
          </w:p>
          <w:p w14:paraId="23440860" w14:textId="77777777" w:rsidR="00E64575" w:rsidRDefault="00E64575" w:rsidP="00E64575">
            <w:pPr>
              <w:spacing w:after="40" w:line="245" w:lineRule="auto"/>
              <w:jc w:val="center"/>
              <w:rPr>
                <w:color w:val="111111"/>
                <w:sz w:val="19"/>
              </w:rPr>
            </w:pPr>
          </w:p>
          <w:p w14:paraId="5BB2B26D" w14:textId="77777777" w:rsidR="00E64575" w:rsidRDefault="00E64575" w:rsidP="00E64575">
            <w:pPr>
              <w:spacing w:after="40" w:line="245" w:lineRule="auto"/>
              <w:jc w:val="center"/>
            </w:pPr>
          </w:p>
          <w:p w14:paraId="1ED01A0B" w14:textId="77777777" w:rsidR="00AD7B11" w:rsidRDefault="00AF7ED5" w:rsidP="00E64575">
            <w:pPr>
              <w:spacing w:before="40"/>
              <w:jc w:val="center"/>
            </w:pPr>
            <w:r>
              <w:rPr>
                <w:color w:val="555555"/>
                <w:sz w:val="16"/>
              </w:rPr>
              <w:t>Adult signature/date: ____________________</w:t>
            </w:r>
          </w:p>
        </w:tc>
      </w:tr>
      <w:tr w:rsidR="00AD7B11" w14:paraId="419D97DE" w14:textId="77777777" w:rsidTr="00E64575">
        <w:trPr>
          <w:cantSplit/>
          <w:trHeight w:val="2494"/>
          <w:jc w:val="center"/>
        </w:trPr>
        <w:tc>
          <w:tcPr>
            <w:tcW w:w="5220" w:type="dxa"/>
            <w:shd w:val="clear" w:color="auto" w:fill="FAFAFA"/>
            <w:tcMar>
              <w:top w:w="90" w:type="dxa"/>
              <w:left w:w="120" w:type="dxa"/>
              <w:bottom w:w="80" w:type="dxa"/>
              <w:right w:w="120" w:type="dxa"/>
            </w:tcMar>
            <w:vAlign w:val="center"/>
          </w:tcPr>
          <w:p w14:paraId="4FF2DB26" w14:textId="77777777" w:rsidR="00AD7B11" w:rsidRDefault="00AF7ED5" w:rsidP="00E64575">
            <w:pPr>
              <w:spacing w:after="40"/>
              <w:jc w:val="center"/>
            </w:pPr>
            <w:r>
              <w:rPr>
                <w:b/>
                <w:color w:val="17365D"/>
                <w:sz w:val="21"/>
              </w:rPr>
              <w:t>Science – Animals including Humans</w:t>
            </w:r>
          </w:p>
          <w:p w14:paraId="32CE16F9" w14:textId="77777777" w:rsidR="00AD7B11" w:rsidRDefault="00AF7ED5" w:rsidP="00E64575">
            <w:pPr>
              <w:spacing w:after="60"/>
              <w:jc w:val="center"/>
            </w:pPr>
            <w:r>
              <w:rPr>
                <w:b/>
                <w:color w:val="111111"/>
              </w:rPr>
              <w:t>Food for a healthy body</w:t>
            </w:r>
          </w:p>
          <w:p w14:paraId="275423F4" w14:textId="77777777" w:rsidR="00AD7B11" w:rsidRDefault="00AF7ED5" w:rsidP="00E64575">
            <w:pPr>
              <w:spacing w:after="40" w:line="245" w:lineRule="auto"/>
              <w:jc w:val="center"/>
              <w:rPr>
                <w:color w:val="111111"/>
                <w:sz w:val="19"/>
              </w:rPr>
            </w:pPr>
            <w:r>
              <w:rPr>
                <w:color w:val="111111"/>
                <w:sz w:val="19"/>
              </w:rPr>
              <w:t>List or draw foods from one meal. Label which give us carbohydrates, protein, fats, vitamins or minerals. Add one sentence explaining why humans need a balanced diet.</w:t>
            </w:r>
          </w:p>
          <w:p w14:paraId="06943667" w14:textId="77777777" w:rsidR="00E64575" w:rsidRDefault="00E64575" w:rsidP="00E64575">
            <w:pPr>
              <w:spacing w:after="40" w:line="245" w:lineRule="auto"/>
              <w:jc w:val="center"/>
              <w:rPr>
                <w:color w:val="111111"/>
                <w:sz w:val="19"/>
              </w:rPr>
            </w:pPr>
          </w:p>
          <w:p w14:paraId="032B51CC" w14:textId="77777777" w:rsidR="00E64575" w:rsidRDefault="00E64575" w:rsidP="00E64575">
            <w:pPr>
              <w:spacing w:after="40" w:line="245" w:lineRule="auto"/>
              <w:jc w:val="center"/>
            </w:pPr>
          </w:p>
          <w:p w14:paraId="61F404C8" w14:textId="77777777" w:rsidR="00AD7B11" w:rsidRDefault="00AF7ED5" w:rsidP="00E64575">
            <w:pPr>
              <w:spacing w:before="40"/>
              <w:jc w:val="center"/>
            </w:pPr>
            <w:r>
              <w:rPr>
                <w:color w:val="555555"/>
                <w:sz w:val="16"/>
              </w:rPr>
              <w:t>Adult signature/date: ____________________</w:t>
            </w:r>
          </w:p>
        </w:tc>
        <w:tc>
          <w:tcPr>
            <w:tcW w:w="5220" w:type="dxa"/>
            <w:shd w:val="clear" w:color="auto" w:fill="FAFAFA"/>
            <w:tcMar>
              <w:top w:w="90" w:type="dxa"/>
              <w:left w:w="120" w:type="dxa"/>
              <w:bottom w:w="80" w:type="dxa"/>
              <w:right w:w="120" w:type="dxa"/>
            </w:tcMar>
            <w:vAlign w:val="center"/>
          </w:tcPr>
          <w:p w14:paraId="69684EE3" w14:textId="77777777" w:rsidR="00AD7B11" w:rsidRDefault="00AF7ED5" w:rsidP="00E64575">
            <w:pPr>
              <w:spacing w:after="40"/>
              <w:jc w:val="center"/>
            </w:pPr>
            <w:r>
              <w:rPr>
                <w:b/>
                <w:color w:val="17365D"/>
                <w:sz w:val="21"/>
              </w:rPr>
              <w:t>Music – Ballads</w:t>
            </w:r>
          </w:p>
          <w:p w14:paraId="61A73953" w14:textId="77777777" w:rsidR="00AD7B11" w:rsidRDefault="00AF7ED5" w:rsidP="00E64575">
            <w:pPr>
              <w:spacing w:after="60"/>
              <w:jc w:val="center"/>
            </w:pPr>
            <w:r>
              <w:rPr>
                <w:b/>
                <w:color w:val="111111"/>
              </w:rPr>
              <w:t>Tell a story through song</w:t>
            </w:r>
          </w:p>
          <w:p w14:paraId="674EFD57" w14:textId="77777777" w:rsidR="00AD7B11" w:rsidRDefault="00AF7ED5" w:rsidP="00E64575">
            <w:pPr>
              <w:spacing w:after="40" w:line="245" w:lineRule="auto"/>
              <w:jc w:val="center"/>
              <w:rPr>
                <w:color w:val="111111"/>
                <w:sz w:val="19"/>
              </w:rPr>
            </w:pPr>
            <w:r>
              <w:rPr>
                <w:color w:val="111111"/>
                <w:sz w:val="19"/>
              </w:rPr>
              <w:t>Listen to a child-friendly ballad or story song. Write its title and summarise the story. Then create your own four-line verse with a clear rhythm and at least one rhyme.</w:t>
            </w:r>
          </w:p>
          <w:p w14:paraId="4BCF42D7" w14:textId="77777777" w:rsidR="00E64575" w:rsidRDefault="00E64575" w:rsidP="00E64575">
            <w:pPr>
              <w:spacing w:after="40" w:line="245" w:lineRule="auto"/>
              <w:jc w:val="center"/>
              <w:rPr>
                <w:color w:val="111111"/>
                <w:sz w:val="19"/>
              </w:rPr>
            </w:pPr>
          </w:p>
          <w:p w14:paraId="7334ACF4" w14:textId="77777777" w:rsidR="00E64575" w:rsidRDefault="00E64575" w:rsidP="00E64575">
            <w:pPr>
              <w:spacing w:after="40" w:line="245" w:lineRule="auto"/>
              <w:jc w:val="center"/>
            </w:pPr>
          </w:p>
          <w:p w14:paraId="5C59EACA" w14:textId="77777777" w:rsidR="00AD7B11" w:rsidRDefault="00AF7ED5" w:rsidP="00E64575">
            <w:pPr>
              <w:spacing w:before="40"/>
              <w:jc w:val="center"/>
            </w:pPr>
            <w:r>
              <w:rPr>
                <w:color w:val="555555"/>
                <w:sz w:val="16"/>
              </w:rPr>
              <w:t>Adult signature/date: ____________________</w:t>
            </w:r>
          </w:p>
        </w:tc>
        <w:tc>
          <w:tcPr>
            <w:tcW w:w="5220" w:type="dxa"/>
            <w:shd w:val="clear" w:color="auto" w:fill="FAFAFA"/>
            <w:tcMar>
              <w:top w:w="90" w:type="dxa"/>
              <w:left w:w="120" w:type="dxa"/>
              <w:bottom w:w="80" w:type="dxa"/>
              <w:right w:w="120" w:type="dxa"/>
            </w:tcMar>
            <w:vAlign w:val="center"/>
          </w:tcPr>
          <w:p w14:paraId="00912EB7" w14:textId="77777777" w:rsidR="00AD7B11" w:rsidRDefault="00AF7ED5" w:rsidP="00E64575">
            <w:pPr>
              <w:spacing w:after="40"/>
              <w:jc w:val="center"/>
            </w:pPr>
            <w:r>
              <w:rPr>
                <w:b/>
                <w:color w:val="17365D"/>
                <w:sz w:val="21"/>
              </w:rPr>
              <w:t>Science – Animals including Humans</w:t>
            </w:r>
          </w:p>
          <w:p w14:paraId="5CB9C219" w14:textId="77777777" w:rsidR="00AD7B11" w:rsidRDefault="00AF7ED5" w:rsidP="00E64575">
            <w:pPr>
              <w:spacing w:after="60"/>
              <w:jc w:val="center"/>
            </w:pPr>
            <w:r>
              <w:rPr>
                <w:b/>
                <w:color w:val="111111"/>
              </w:rPr>
              <w:t>Investigate movement</w:t>
            </w:r>
          </w:p>
          <w:p w14:paraId="5D582BF2" w14:textId="77777777" w:rsidR="00AD7B11" w:rsidRDefault="00AF7ED5" w:rsidP="00E64575">
            <w:pPr>
              <w:spacing w:after="40" w:line="245" w:lineRule="auto"/>
              <w:jc w:val="center"/>
              <w:rPr>
                <w:color w:val="111111"/>
                <w:sz w:val="19"/>
              </w:rPr>
            </w:pPr>
            <w:r>
              <w:rPr>
                <w:color w:val="111111"/>
                <w:sz w:val="19"/>
              </w:rPr>
              <w:t>Choose three movements, such as bending an arm, squatting and standing on tiptoes. For each, name or draw the bones, joints and muscles involved. Explain how the skeleton and muscles work together to make us move.</w:t>
            </w:r>
          </w:p>
          <w:p w14:paraId="00E3034B" w14:textId="77777777" w:rsidR="00E64575" w:rsidRDefault="00E64575" w:rsidP="00E64575">
            <w:pPr>
              <w:spacing w:after="40" w:line="245" w:lineRule="auto"/>
              <w:jc w:val="center"/>
              <w:rPr>
                <w:color w:val="111111"/>
                <w:sz w:val="19"/>
              </w:rPr>
            </w:pPr>
          </w:p>
          <w:p w14:paraId="0A2E2787" w14:textId="77777777" w:rsidR="00E64575" w:rsidRDefault="00E64575" w:rsidP="00E64575">
            <w:pPr>
              <w:spacing w:after="40" w:line="245" w:lineRule="auto"/>
              <w:jc w:val="center"/>
            </w:pPr>
          </w:p>
          <w:p w14:paraId="1A9AD9AE" w14:textId="77777777" w:rsidR="00AD7B11" w:rsidRDefault="00AF7ED5" w:rsidP="00E64575">
            <w:pPr>
              <w:spacing w:before="40"/>
              <w:jc w:val="center"/>
            </w:pPr>
            <w:r>
              <w:rPr>
                <w:color w:val="555555"/>
                <w:sz w:val="16"/>
              </w:rPr>
              <w:t>Adult signature/date: ____________________</w:t>
            </w:r>
          </w:p>
        </w:tc>
      </w:tr>
      <w:tr w:rsidR="00AD7B11" w14:paraId="18C07535" w14:textId="77777777" w:rsidTr="00E64575">
        <w:trPr>
          <w:cantSplit/>
          <w:trHeight w:val="2494"/>
          <w:jc w:val="center"/>
        </w:trPr>
        <w:tc>
          <w:tcPr>
            <w:tcW w:w="5220" w:type="dxa"/>
            <w:tcMar>
              <w:top w:w="90" w:type="dxa"/>
              <w:left w:w="120" w:type="dxa"/>
              <w:bottom w:w="80" w:type="dxa"/>
              <w:right w:w="120" w:type="dxa"/>
            </w:tcMar>
            <w:vAlign w:val="center"/>
          </w:tcPr>
          <w:p w14:paraId="55D7E734" w14:textId="77777777" w:rsidR="00AD7B11" w:rsidRDefault="00AF7ED5" w:rsidP="00E64575">
            <w:pPr>
              <w:spacing w:after="40"/>
              <w:jc w:val="center"/>
            </w:pPr>
            <w:r>
              <w:rPr>
                <w:b/>
                <w:color w:val="17365D"/>
                <w:sz w:val="21"/>
              </w:rPr>
              <w:t>Maths – Place Value</w:t>
            </w:r>
          </w:p>
          <w:p w14:paraId="56CDA1A3" w14:textId="77777777" w:rsidR="00AD7B11" w:rsidRDefault="00AF7ED5" w:rsidP="00E64575">
            <w:pPr>
              <w:spacing w:after="60"/>
              <w:jc w:val="center"/>
            </w:pPr>
            <w:r>
              <w:rPr>
                <w:b/>
                <w:color w:val="111111"/>
              </w:rPr>
              <w:t>Three-digit number hunt</w:t>
            </w:r>
          </w:p>
          <w:p w14:paraId="29BECBB3" w14:textId="77777777" w:rsidR="00AD7B11" w:rsidRDefault="00AF7ED5" w:rsidP="00E64575">
            <w:pPr>
              <w:spacing w:after="40" w:line="245" w:lineRule="auto"/>
              <w:jc w:val="center"/>
              <w:rPr>
                <w:color w:val="111111"/>
                <w:sz w:val="19"/>
              </w:rPr>
            </w:pPr>
            <w:r>
              <w:rPr>
                <w:color w:val="111111"/>
                <w:sz w:val="19"/>
              </w:rPr>
              <w:t>Find or invent three 3-digit numbers. Write each in numerals, words and expanded form, then place them in ascending order.</w:t>
            </w:r>
          </w:p>
          <w:p w14:paraId="058AECDF" w14:textId="77777777" w:rsidR="00E64575" w:rsidRDefault="00E64575" w:rsidP="00E64575">
            <w:pPr>
              <w:spacing w:after="40" w:line="245" w:lineRule="auto"/>
              <w:jc w:val="center"/>
              <w:rPr>
                <w:color w:val="111111"/>
                <w:sz w:val="19"/>
              </w:rPr>
            </w:pPr>
          </w:p>
          <w:p w14:paraId="54401103" w14:textId="77777777" w:rsidR="00E64575" w:rsidRDefault="00E64575" w:rsidP="00E64575">
            <w:pPr>
              <w:spacing w:after="40" w:line="245" w:lineRule="auto"/>
              <w:jc w:val="center"/>
            </w:pPr>
          </w:p>
          <w:p w14:paraId="17995192" w14:textId="77777777" w:rsidR="00AD7B11" w:rsidRDefault="00AF7ED5" w:rsidP="00E64575">
            <w:pPr>
              <w:spacing w:before="40"/>
              <w:jc w:val="center"/>
            </w:pPr>
            <w:r>
              <w:rPr>
                <w:color w:val="555555"/>
                <w:sz w:val="16"/>
              </w:rPr>
              <w:t>Adult signature/date: ____________________</w:t>
            </w:r>
          </w:p>
        </w:tc>
        <w:tc>
          <w:tcPr>
            <w:tcW w:w="5220" w:type="dxa"/>
            <w:tcMar>
              <w:top w:w="90" w:type="dxa"/>
              <w:left w:w="120" w:type="dxa"/>
              <w:bottom w:w="80" w:type="dxa"/>
              <w:right w:w="120" w:type="dxa"/>
            </w:tcMar>
            <w:vAlign w:val="center"/>
          </w:tcPr>
          <w:p w14:paraId="6FDB02B6" w14:textId="77777777" w:rsidR="00AD7B11" w:rsidRDefault="00AF7ED5" w:rsidP="00E64575">
            <w:pPr>
              <w:spacing w:after="40"/>
              <w:jc w:val="center"/>
            </w:pPr>
            <w:r>
              <w:rPr>
                <w:b/>
                <w:color w:val="17365D"/>
                <w:sz w:val="21"/>
              </w:rPr>
              <w:t>PE – Invasion Games</w:t>
            </w:r>
          </w:p>
          <w:p w14:paraId="4003F48E" w14:textId="77777777" w:rsidR="00AD7B11" w:rsidRDefault="00AF7ED5" w:rsidP="00E64575">
            <w:pPr>
              <w:spacing w:after="60"/>
              <w:jc w:val="center"/>
            </w:pPr>
            <w:r>
              <w:rPr>
                <w:b/>
                <w:color w:val="111111"/>
              </w:rPr>
              <w:t>Design and practise a drill</w:t>
            </w:r>
          </w:p>
          <w:p w14:paraId="72C9CFC3" w14:textId="77777777" w:rsidR="00AD7B11" w:rsidRDefault="00AF7ED5" w:rsidP="00E64575">
            <w:pPr>
              <w:spacing w:after="40" w:line="245" w:lineRule="auto"/>
              <w:jc w:val="center"/>
              <w:rPr>
                <w:color w:val="111111"/>
                <w:sz w:val="19"/>
              </w:rPr>
            </w:pPr>
            <w:r>
              <w:rPr>
                <w:color w:val="111111"/>
                <w:sz w:val="19"/>
              </w:rPr>
              <w:t>Create a 10-minute practice for passing, moving into space and aiming at a target. Draw a labelled plan, practise it safely and write two sentences about what improved.</w:t>
            </w:r>
          </w:p>
          <w:p w14:paraId="0D1B6F20" w14:textId="77777777" w:rsidR="00E64575" w:rsidRDefault="00E64575" w:rsidP="00E64575">
            <w:pPr>
              <w:spacing w:after="40" w:line="245" w:lineRule="auto"/>
              <w:jc w:val="center"/>
              <w:rPr>
                <w:color w:val="111111"/>
                <w:sz w:val="19"/>
              </w:rPr>
            </w:pPr>
          </w:p>
          <w:p w14:paraId="643EF293" w14:textId="77777777" w:rsidR="00E64575" w:rsidRDefault="00E64575" w:rsidP="00E64575">
            <w:pPr>
              <w:spacing w:after="40" w:line="245" w:lineRule="auto"/>
              <w:jc w:val="center"/>
            </w:pPr>
          </w:p>
          <w:p w14:paraId="4334666C" w14:textId="77777777" w:rsidR="00AD7B11" w:rsidRDefault="00AF7ED5" w:rsidP="00E64575">
            <w:pPr>
              <w:spacing w:before="40"/>
              <w:jc w:val="center"/>
            </w:pPr>
            <w:r>
              <w:rPr>
                <w:color w:val="555555"/>
                <w:sz w:val="16"/>
              </w:rPr>
              <w:t>Adult signature/date: ____________________</w:t>
            </w:r>
          </w:p>
        </w:tc>
        <w:tc>
          <w:tcPr>
            <w:tcW w:w="5220" w:type="dxa"/>
            <w:tcMar>
              <w:top w:w="90" w:type="dxa"/>
              <w:left w:w="120" w:type="dxa"/>
              <w:bottom w:w="80" w:type="dxa"/>
              <w:right w:w="120" w:type="dxa"/>
            </w:tcMar>
            <w:vAlign w:val="center"/>
          </w:tcPr>
          <w:p w14:paraId="4C4A1D5E" w14:textId="77777777" w:rsidR="00AD7B11" w:rsidRDefault="00AF7ED5" w:rsidP="00E64575">
            <w:pPr>
              <w:spacing w:after="40"/>
              <w:jc w:val="center"/>
            </w:pPr>
            <w:r>
              <w:rPr>
                <w:b/>
                <w:color w:val="17365D"/>
                <w:sz w:val="21"/>
              </w:rPr>
              <w:t>Maths + History</w:t>
            </w:r>
          </w:p>
          <w:p w14:paraId="52557AB6" w14:textId="77777777" w:rsidR="00AD7B11" w:rsidRDefault="00AF7ED5" w:rsidP="00E64575">
            <w:pPr>
              <w:spacing w:after="60"/>
              <w:jc w:val="center"/>
            </w:pPr>
            <w:r>
              <w:rPr>
                <w:b/>
                <w:color w:val="111111"/>
              </w:rPr>
              <w:t>Prehistoric place-value challenge</w:t>
            </w:r>
          </w:p>
          <w:p w14:paraId="3451709C" w14:textId="77777777" w:rsidR="00AD7B11" w:rsidRDefault="00AF7ED5" w:rsidP="00E64575">
            <w:pPr>
              <w:spacing w:after="40" w:line="245" w:lineRule="auto"/>
              <w:jc w:val="center"/>
              <w:rPr>
                <w:color w:val="111111"/>
                <w:sz w:val="19"/>
              </w:rPr>
            </w:pPr>
            <w:r>
              <w:rPr>
                <w:color w:val="111111"/>
                <w:sz w:val="19"/>
              </w:rPr>
              <w:t>Invent five 3-digit numbers for a Stone Age settlement, such as numbers of berries, stones or animal tracks. Represent each using hundreds, tens and ones; compare them with &lt;, &gt; or =; order them; then write two place-value questions for someone at home to solve.</w:t>
            </w:r>
          </w:p>
          <w:p w14:paraId="63123A9A" w14:textId="77777777" w:rsidR="00E64575" w:rsidRDefault="00E64575" w:rsidP="00E64575">
            <w:pPr>
              <w:spacing w:after="40" w:line="245" w:lineRule="auto"/>
              <w:jc w:val="center"/>
              <w:rPr>
                <w:color w:val="111111"/>
                <w:sz w:val="19"/>
              </w:rPr>
            </w:pPr>
          </w:p>
          <w:p w14:paraId="55CE96E8" w14:textId="77777777" w:rsidR="00E64575" w:rsidRDefault="00E64575" w:rsidP="00E64575">
            <w:pPr>
              <w:spacing w:after="40" w:line="245" w:lineRule="auto"/>
              <w:jc w:val="center"/>
            </w:pPr>
          </w:p>
          <w:p w14:paraId="3359D801" w14:textId="77777777" w:rsidR="00AD7B11" w:rsidRDefault="00AF7ED5" w:rsidP="00E64575">
            <w:pPr>
              <w:spacing w:before="40"/>
              <w:jc w:val="center"/>
            </w:pPr>
            <w:r>
              <w:rPr>
                <w:color w:val="555555"/>
                <w:sz w:val="16"/>
              </w:rPr>
              <w:t>Adult signature/date: ____________________</w:t>
            </w:r>
          </w:p>
        </w:tc>
      </w:tr>
    </w:tbl>
    <w:p w14:paraId="2A5D39BD" w14:textId="77777777" w:rsidR="00AF7ED5" w:rsidRDefault="00AF7ED5"/>
    <w:sectPr w:rsidR="00AF7ED5" w:rsidSect="00034616">
      <w:pgSz w:w="16834" w:h="11909" w:orient="landscape"/>
      <w:pgMar w:top="432" w:right="547" w:bottom="403" w:left="547" w:header="259"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4676871">
    <w:abstractNumId w:val="8"/>
  </w:num>
  <w:num w:numId="2" w16cid:durableId="1183859680">
    <w:abstractNumId w:val="6"/>
  </w:num>
  <w:num w:numId="3" w16cid:durableId="1385913568">
    <w:abstractNumId w:val="5"/>
  </w:num>
  <w:num w:numId="4" w16cid:durableId="888691296">
    <w:abstractNumId w:val="4"/>
  </w:num>
  <w:num w:numId="5" w16cid:durableId="1250774995">
    <w:abstractNumId w:val="7"/>
  </w:num>
  <w:num w:numId="6" w16cid:durableId="1643731257">
    <w:abstractNumId w:val="3"/>
  </w:num>
  <w:num w:numId="7" w16cid:durableId="1309674499">
    <w:abstractNumId w:val="2"/>
  </w:num>
  <w:num w:numId="8" w16cid:durableId="2122601161">
    <w:abstractNumId w:val="1"/>
  </w:num>
  <w:num w:numId="9" w16cid:durableId="17201294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40428"/>
    <w:rsid w:val="00AA1D8D"/>
    <w:rsid w:val="00AD7B11"/>
    <w:rsid w:val="00AF7ED5"/>
    <w:rsid w:val="00B47730"/>
    <w:rsid w:val="00CB0664"/>
    <w:rsid w:val="00E645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070019"/>
  <w14:defaultImageDpi w14:val="300"/>
  <w15:docId w15:val="{8FDF9C74-4DF1-5F4F-87C1-B063925A6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Homework – Autumn Term 1</dc:title>
  <dc:subject>Stone Age to Iron Age themed curriculum homework choice grid</dc:subject>
  <dc:creator>python-docx</dc:creator>
  <cp:keywords/>
  <dc:description>generated by python-docx</dc:description>
  <cp:lastModifiedBy>Lee Bebbington</cp:lastModifiedBy>
  <cp:revision>2</cp:revision>
  <dcterms:created xsi:type="dcterms:W3CDTF">2026-09-08T12:20:00Z</dcterms:created>
  <dcterms:modified xsi:type="dcterms:W3CDTF">2026-09-08T12:20:00Z</dcterms:modified>
  <cp:category/>
</cp:coreProperties>
</file>